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EBC0B9D" w14:textId="75230BC3" w:rsidR="001D7160" w:rsidRDefault="00253B09" w:rsidP="001D7160">
      <w:r w:rsidRPr="00253B09">
        <w:rPr>
          <w:noProof/>
          <w:color w:val="8DB3E2" w:themeColor="text2" w:themeTint="66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BFA6B76" wp14:editId="5D3D91B3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494030" cy="1252855"/>
                <wp:effectExtent l="0" t="0" r="1270" b="4445"/>
                <wp:wrapTight wrapText="bothSides">
                  <wp:wrapPolygon edited="0">
                    <wp:start x="0" y="0"/>
                    <wp:lineTo x="0" y="328"/>
                    <wp:lineTo x="14159" y="5255"/>
                    <wp:lineTo x="17491" y="10510"/>
                    <wp:lineTo x="19157" y="21348"/>
                    <wp:lineTo x="20823" y="21348"/>
                    <wp:lineTo x="20823" y="0"/>
                    <wp:lineTo x="0" y="0"/>
                  </wp:wrapPolygon>
                </wp:wrapTight>
                <wp:docPr id="1" name="Freeform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4030" cy="1252855"/>
                        </a:xfrm>
                        <a:custGeom>
                          <a:avLst/>
                          <a:gdLst>
                            <a:gd name="T0" fmla="*/ 0 w 1376"/>
                            <a:gd name="T1" fmla="*/ 0 h 3365"/>
                            <a:gd name="T2" fmla="*/ 1376 w 1376"/>
                            <a:gd name="T3" fmla="*/ 0 h 3365"/>
                            <a:gd name="T4" fmla="*/ 1376 w 1376"/>
                            <a:gd name="T5" fmla="*/ 3365 h 3365"/>
                            <a:gd name="T6" fmla="*/ 1363 w 1376"/>
                            <a:gd name="T7" fmla="*/ 3134 h 3365"/>
                            <a:gd name="T8" fmla="*/ 1351 w 1376"/>
                            <a:gd name="T9" fmla="*/ 2914 h 3365"/>
                            <a:gd name="T10" fmla="*/ 1338 w 1376"/>
                            <a:gd name="T11" fmla="*/ 2706 h 3365"/>
                            <a:gd name="T12" fmla="*/ 1325 w 1376"/>
                            <a:gd name="T13" fmla="*/ 2507 h 3365"/>
                            <a:gd name="T14" fmla="*/ 1310 w 1376"/>
                            <a:gd name="T15" fmla="*/ 2320 h 3365"/>
                            <a:gd name="T16" fmla="*/ 1295 w 1376"/>
                            <a:gd name="T17" fmla="*/ 2141 h 3365"/>
                            <a:gd name="T18" fmla="*/ 1277 w 1376"/>
                            <a:gd name="T19" fmla="*/ 1973 h 3365"/>
                            <a:gd name="T20" fmla="*/ 1260 w 1376"/>
                            <a:gd name="T21" fmla="*/ 1813 h 3365"/>
                            <a:gd name="T22" fmla="*/ 1240 w 1376"/>
                            <a:gd name="T23" fmla="*/ 1663 h 3365"/>
                            <a:gd name="T24" fmla="*/ 1218 w 1376"/>
                            <a:gd name="T25" fmla="*/ 1523 h 3365"/>
                            <a:gd name="T26" fmla="*/ 1195 w 1376"/>
                            <a:gd name="T27" fmla="*/ 1389 h 3365"/>
                            <a:gd name="T28" fmla="*/ 1169 w 1376"/>
                            <a:gd name="T29" fmla="*/ 1265 h 3365"/>
                            <a:gd name="T30" fmla="*/ 1142 w 1376"/>
                            <a:gd name="T31" fmla="*/ 1149 h 3365"/>
                            <a:gd name="T32" fmla="*/ 1112 w 1376"/>
                            <a:gd name="T33" fmla="*/ 1039 h 3365"/>
                            <a:gd name="T34" fmla="*/ 1080 w 1376"/>
                            <a:gd name="T35" fmla="*/ 937 h 3365"/>
                            <a:gd name="T36" fmla="*/ 1046 w 1376"/>
                            <a:gd name="T37" fmla="*/ 842 h 3365"/>
                            <a:gd name="T38" fmla="*/ 1008 w 1376"/>
                            <a:gd name="T39" fmla="*/ 753 h 3365"/>
                            <a:gd name="T40" fmla="*/ 967 w 1376"/>
                            <a:gd name="T41" fmla="*/ 671 h 3365"/>
                            <a:gd name="T42" fmla="*/ 924 w 1376"/>
                            <a:gd name="T43" fmla="*/ 595 h 3365"/>
                            <a:gd name="T44" fmla="*/ 877 w 1376"/>
                            <a:gd name="T45" fmla="*/ 524 h 3365"/>
                            <a:gd name="T46" fmla="*/ 826 w 1376"/>
                            <a:gd name="T47" fmla="*/ 458 h 3365"/>
                            <a:gd name="T48" fmla="*/ 772 w 1376"/>
                            <a:gd name="T49" fmla="*/ 398 h 3365"/>
                            <a:gd name="T50" fmla="*/ 714 w 1376"/>
                            <a:gd name="T51" fmla="*/ 342 h 3365"/>
                            <a:gd name="T52" fmla="*/ 653 w 1376"/>
                            <a:gd name="T53" fmla="*/ 291 h 3365"/>
                            <a:gd name="T54" fmla="*/ 587 w 1376"/>
                            <a:gd name="T55" fmla="*/ 243 h 3365"/>
                            <a:gd name="T56" fmla="*/ 517 w 1376"/>
                            <a:gd name="T57" fmla="*/ 199 h 3365"/>
                            <a:gd name="T58" fmla="*/ 443 w 1376"/>
                            <a:gd name="T59" fmla="*/ 159 h 3365"/>
                            <a:gd name="T60" fmla="*/ 364 w 1376"/>
                            <a:gd name="T61" fmla="*/ 123 h 3365"/>
                            <a:gd name="T62" fmla="*/ 280 w 1376"/>
                            <a:gd name="T63" fmla="*/ 89 h 3365"/>
                            <a:gd name="T64" fmla="*/ 192 w 1376"/>
                            <a:gd name="T65" fmla="*/ 57 h 3365"/>
                            <a:gd name="T66" fmla="*/ 98 w 1376"/>
                            <a:gd name="T67" fmla="*/ 27 h 3365"/>
                            <a:gd name="T68" fmla="*/ 0 w 1376"/>
                            <a:gd name="T69" fmla="*/ 0 h 33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1376" h="3365">
                              <a:moveTo>
                                <a:pt x="0" y="0"/>
                              </a:moveTo>
                              <a:lnTo>
                                <a:pt x="1376" y="0"/>
                              </a:lnTo>
                              <a:lnTo>
                                <a:pt x="1376" y="3365"/>
                              </a:lnTo>
                              <a:lnTo>
                                <a:pt x="1363" y="3134"/>
                              </a:lnTo>
                              <a:lnTo>
                                <a:pt x="1351" y="2914"/>
                              </a:lnTo>
                              <a:lnTo>
                                <a:pt x="1338" y="2706"/>
                              </a:lnTo>
                              <a:lnTo>
                                <a:pt x="1325" y="2507"/>
                              </a:lnTo>
                              <a:lnTo>
                                <a:pt x="1310" y="2320"/>
                              </a:lnTo>
                              <a:lnTo>
                                <a:pt x="1295" y="2141"/>
                              </a:lnTo>
                              <a:lnTo>
                                <a:pt x="1277" y="1973"/>
                              </a:lnTo>
                              <a:lnTo>
                                <a:pt x="1260" y="1813"/>
                              </a:lnTo>
                              <a:lnTo>
                                <a:pt x="1240" y="1663"/>
                              </a:lnTo>
                              <a:lnTo>
                                <a:pt x="1218" y="1523"/>
                              </a:lnTo>
                              <a:lnTo>
                                <a:pt x="1195" y="1389"/>
                              </a:lnTo>
                              <a:lnTo>
                                <a:pt x="1169" y="1265"/>
                              </a:lnTo>
                              <a:lnTo>
                                <a:pt x="1142" y="1149"/>
                              </a:lnTo>
                              <a:lnTo>
                                <a:pt x="1112" y="1039"/>
                              </a:lnTo>
                              <a:lnTo>
                                <a:pt x="1080" y="937"/>
                              </a:lnTo>
                              <a:lnTo>
                                <a:pt x="1046" y="842"/>
                              </a:lnTo>
                              <a:lnTo>
                                <a:pt x="1008" y="753"/>
                              </a:lnTo>
                              <a:lnTo>
                                <a:pt x="967" y="671"/>
                              </a:lnTo>
                              <a:lnTo>
                                <a:pt x="924" y="595"/>
                              </a:lnTo>
                              <a:lnTo>
                                <a:pt x="877" y="524"/>
                              </a:lnTo>
                              <a:lnTo>
                                <a:pt x="826" y="458"/>
                              </a:lnTo>
                              <a:lnTo>
                                <a:pt x="772" y="398"/>
                              </a:lnTo>
                              <a:lnTo>
                                <a:pt x="714" y="342"/>
                              </a:lnTo>
                              <a:lnTo>
                                <a:pt x="653" y="291"/>
                              </a:lnTo>
                              <a:lnTo>
                                <a:pt x="587" y="243"/>
                              </a:lnTo>
                              <a:lnTo>
                                <a:pt x="517" y="199"/>
                              </a:lnTo>
                              <a:lnTo>
                                <a:pt x="443" y="159"/>
                              </a:lnTo>
                              <a:lnTo>
                                <a:pt x="364" y="123"/>
                              </a:lnTo>
                              <a:lnTo>
                                <a:pt x="280" y="89"/>
                              </a:lnTo>
                              <a:lnTo>
                                <a:pt x="192" y="57"/>
                              </a:lnTo>
                              <a:lnTo>
                                <a:pt x="98" y="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40000"/>
                            <a:lumOff val="60000"/>
                            <a:alpha val="85001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7F699" id="Freeform 419" o:spid="_x0000_s1026" style="position:absolute;margin-left:-12.3pt;margin-top:0;width:38.9pt;height:98.65pt;z-index:-2516398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j2EXwYAACAbAAAOAAAAZHJzL2Uyb0RvYy54bWysWdtu4zYUfC/QfxD0WKBrkdTFMtZZFLvY&#10;okBvwKYfoMhybFS3SnKc7dd3DkU5VJojEUXz4NjWeMjhkIfnkO8/PFel91R0/bmp9754F/heUefN&#10;4Vw/7v0/7j9/v/W9fsjqQ1Y2dbH3vxa9/+Hu22/eX9tdIZtTUx6KzgNJ3e+u7d4/DUO722z6/FRU&#10;Wf+uaYsaD49NV2UDPnaPm0OXXcFelRsZBPHm2nSHtmvyou/x7afxoX+n+Y/HIh9+Ox77YvDKvY++&#10;Dfq1068P9Lq5e5/tHrusPZ1z043sP/Siys41Gr1RfcqGzLt0539RVee8a/rmOLzLm2rTHI/nvNAa&#10;oEYEr9R8OWVtobVgcPr2Nkz9/0eb//r0pf29o6737c9N/mePEdlc2353e0IfemC8h+svzQEeZpeh&#10;0WKfj11Fv4QM71mP6dfbmBbPg5fjyzANA4WRz/FIyEhuo4gGfZPtpl/nl374sWg0U/b0cz+Mnhzw&#10;To/owauzCs3eg+VYlbDnu40XeFdPqCQ2Bt4wYoY5eUrFuj04c8NIC0McDJWyYIH3NlVoYRaoIgtG&#10;PWLYYgsmVKyYjiUWTAkVMmxYebfhEioSDFtqwWQqODZhj75QasvQCdsBmQQx0zsxd0FGHJ9tg4yC&#10;hOObWyHYCWJ7IZXknBUzM2TK9s92Q4pQcP2b2SGThNNr+yHSRDF8cuaHjDm90vZDbAXLN/NDhiyf&#10;7YeIMUnfXhly5ocU3HyRth8ikizfzA/B+iFtP4Taplz/Zn6IOGX8kDM/JLt2Kca9LDcRSoZPzfwQ&#10;Idc/NfNDCJZv5kegWL6ZH8GW81fZfqSKW25qZkcQskHUtmOLUXl7tqiZG0HAzRZlu5FE3GQJbTPS&#10;mFtroe1FnHBLN7StSGXIOBvaTkSYoG9LDW0jtmwcCG0fIjTKsNk+bCVnQ2jbEEZbjs22IUm4ORfa&#10;LqiUY4tsFxLsLG9v2ZHtgmKnSGS7EMN6hs12AfsZozSyXYi23AxBsvKyqmXIzbfIdiESLJvtgki5&#10;pRrZLoRolFFquyAiji22XVAx50JsuyDYMBzbLkg2isS2C2wMjm0TRMpNN2RwLyZEXESKbQ8wJ98e&#10;tNi2QLJctgNcpIzt8bfTCOS2j1P2mp2mhDZ/rk1Gi3deRvVRoLPotukpe6b0FjnyvTDpMVCU/jJg&#10;2EBg5QTGMBN4SryXmTGMBE6cmDFOBE6dwJRCEhop4lgBLHeEMkQNdxMpjErhJpPyO83uJlQYpcJN&#10;KmVnxI7sy0WqNFKlm1TKrTS7m1RppCI1cuqMkYrMxwVOiQ91BomNE3yauW5SlZGKtMSJ3UhVblIp&#10;7dB9d5NKaQXBkTe4dIbyBg13k0qJgYa7SQ2NVGztTp0xUrF3u8Bp76bOYHN2ghupkZtU2n01u5tU&#10;2l413E0q7Z8a7iaVNkiCYwd0kUo7oIa7SaU9TsPdpNIupuFuUmMjFXuR1XdsQAitZrfpcAb2+vSr&#10;8z2cfj3Qb7Jdmw20SU1vvSsOauhkxTvtfX18Qk+q5qm4bzRmeHXWg9Zenpa1jRp5oEcftAE4PZ7+&#10;t5rsBptOaxaQlFmAkM49jOSJa/o/cVJeCSSdaawgTRig04oVJFWrxIlziBWk2ezohGEZiaOFkRNn&#10;ByvIBMkLWqdTgRWkmdNU768gTUyjSn4FabZAqtGXkSjOx36i+l5BUg5FilBXryBNMBWomFeQJm8Q&#10;qIWXkSiCdeuocleAJtaifl0BBuN6RGW6CERJqltGzbmMMzs9qslFHMpIzYc6cRlnUgFUgIs4lH6a&#10;D7XdMs4kXajaFnEo1zQf1uIiDoXYiEMtPcazaVFP/8fFjRJL41BDLeJQPI24aBmHsmjErUxtFDwa&#10;tzav03H4ouV5hcHVwWQZNbb4OojkZdMX4xBR/NYH6rdATvHfOlTvm/J8+HwuSwrf+mal+Fh23lOG&#10;O5HhWeoipLxUONwfvwsD/NG4Il5fKtyfjF/HL19nZXvKxm+3URBMpt64dXdmzZa6mKkb6sbkrLlo&#10;oLsFuq/pdw/N4SvuGbpmvKbBtRLenJrub9+74opm7/d/XbKu8L3ypxp3IAjsFL0G/SGMEkq6O/vJ&#10;g/0kq3NQQbGP4ovefhzGe6BL250fT2hJ6JGomx9wv3E80zWEvggZe2U+4BpGizNXRnTPY3/WqJeL&#10;rbt/AAAA//8DAFBLAwQUAAYACAAAACEAu/Mi9tkAAAAEAQAADwAAAGRycy9kb3ducmV2LnhtbEyP&#10;UUvDQBCE3wX/w7FC3+zFCsbGXEorFAqKaOMP2ObWJJjbC3fXNv57V1/0ZWGYYfabcjW5QZ0oxN6z&#10;gZt5Boq48bbn1sB7vb2+BxUTssXBMxn4ogir6vKixML6M7/RaZ9aJSUcCzTQpTQWWsemI4dx7kdi&#10;8T58cJhEhlbbgGcpd4NeZNmddtizfOhwpMeOms/90Rl4edXPy57Ib0Ltd9unNiyaOhgzu5rWD6AS&#10;TekvDD/4gg6VMB38kW1UgwEZkn6veHkuKw6SWea3oKtS/4evvgEAAP//AwBQSwECLQAUAAYACAAA&#10;ACEAtoM4kv4AAADhAQAAEwAAAAAAAAAAAAAAAAAAAAAAW0NvbnRlbnRfVHlwZXNdLnhtbFBLAQIt&#10;ABQABgAIAAAAIQA4/SH/1gAAAJQBAAALAAAAAAAAAAAAAAAAAC8BAABfcmVscy8ucmVsc1BLAQIt&#10;ABQABgAIAAAAIQAY4j2EXwYAACAbAAAOAAAAAAAAAAAAAAAAAC4CAABkcnMvZTJvRG9jLnhtbFBL&#10;AQItABQABgAIAAAAIQC78yL22QAAAAQBAAAPAAAAAAAAAAAAAAAAALkIAABkcnMvZG93bnJldi54&#10;bWxQSwUGAAAAAAQABADzAAAAvwkAAAAA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8db3e2 [1311]" stroked="f">
                <v:fill opacity="55769f"/>
    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    <w10:wrap type="tight" anchorx="page" anchory="page"/>
              </v:shape>
            </w:pict>
          </mc:Fallback>
        </mc:AlternateContent>
      </w:r>
      <w:r w:rsidR="00000000">
        <w:br/>
      </w:r>
    </w:p>
    <w:p w14:paraId="37B3C84B" w14:textId="11AEACAC" w:rsidR="001D7160" w:rsidRDefault="001D7160" w:rsidP="001D7160"/>
    <w:p w14:paraId="33D12EC3" w14:textId="77777777" w:rsidR="001D7160" w:rsidRDefault="001D7160" w:rsidP="001D7160"/>
    <w:p w14:paraId="269100EE" w14:textId="77777777" w:rsidR="001D7160" w:rsidRDefault="001D7160" w:rsidP="001D7160"/>
    <w:p w14:paraId="54FF37C0" w14:textId="77777777" w:rsidR="001D7160" w:rsidRPr="001D7160" w:rsidRDefault="001D7160" w:rsidP="001D7160"/>
    <w:p w14:paraId="59CD8E06" w14:textId="77777777" w:rsidR="001D7160" w:rsidRPr="001D7160" w:rsidRDefault="001D7160" w:rsidP="001D7160"/>
    <w:p w14:paraId="317BBBD5" w14:textId="77777777" w:rsidR="001D7160" w:rsidRPr="001D7160" w:rsidRDefault="001D7160" w:rsidP="001D7160"/>
    <w:p w14:paraId="55D77084" w14:textId="77777777" w:rsidR="001D7160" w:rsidRPr="001D7160" w:rsidRDefault="001D7160" w:rsidP="001D7160"/>
    <w:p w14:paraId="55AAFD69" w14:textId="77777777" w:rsidR="001D7160" w:rsidRPr="001D7160" w:rsidRDefault="001D7160" w:rsidP="001D7160"/>
    <w:p w14:paraId="79377320" w14:textId="77777777" w:rsidR="001D7160" w:rsidRPr="001D7160" w:rsidRDefault="001D7160" w:rsidP="001D7160"/>
    <w:p w14:paraId="7C69B573" w14:textId="77777777" w:rsidR="001D7160" w:rsidRPr="001D7160" w:rsidRDefault="001D7160" w:rsidP="001D7160"/>
    <w:p w14:paraId="389E0357" w14:textId="77777777" w:rsidR="001D7160" w:rsidRPr="001D7160" w:rsidRDefault="001D7160" w:rsidP="001D7160"/>
    <w:p w14:paraId="22BE4D43" w14:textId="68FC7941" w:rsidR="001D7160" w:rsidRPr="001D7160" w:rsidRDefault="001D7160" w:rsidP="001D7160"/>
    <w:p w14:paraId="100A5033" w14:textId="0E147509" w:rsidR="001D7160" w:rsidRPr="001D7160" w:rsidRDefault="001D7160" w:rsidP="001D7160"/>
    <w:p w14:paraId="5B64C323" w14:textId="6580635B" w:rsidR="001D7160" w:rsidRPr="001D7160" w:rsidRDefault="001D7160" w:rsidP="001D7160"/>
    <w:p w14:paraId="46A0467F" w14:textId="609F2CBE" w:rsidR="001D7160" w:rsidRPr="001D7160" w:rsidRDefault="001D7160" w:rsidP="001D7160"/>
    <w:p w14:paraId="30845495" w14:textId="4243CBCC" w:rsidR="001D7160" w:rsidRPr="001D7160" w:rsidRDefault="001D7160" w:rsidP="001D7160"/>
    <w:p w14:paraId="24945426" w14:textId="3627E910" w:rsidR="001D7160" w:rsidRPr="001D7160" w:rsidRDefault="001D7160" w:rsidP="001D7160"/>
    <w:p w14:paraId="14C7E39A" w14:textId="0F805028" w:rsidR="001D7160" w:rsidRPr="001D7160" w:rsidRDefault="001D7160" w:rsidP="001D7160"/>
    <w:p w14:paraId="0B44D7D6" w14:textId="69CFEA5C" w:rsidR="001D7160" w:rsidRPr="001D7160" w:rsidRDefault="001D7160" w:rsidP="001D7160"/>
    <w:p w14:paraId="33B7DD84" w14:textId="024DE93B" w:rsidR="001D7160" w:rsidRPr="001D7160" w:rsidRDefault="001D7160" w:rsidP="001D7160"/>
    <w:p w14:paraId="0BB330F0" w14:textId="0BEFFB95" w:rsidR="001D7160" w:rsidRPr="001D7160" w:rsidRDefault="001D7160" w:rsidP="001D7160"/>
    <w:p w14:paraId="7EF18045" w14:textId="1F52A7C9" w:rsidR="001D7160" w:rsidRPr="001D7160" w:rsidRDefault="00253B09" w:rsidP="001D7160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657E7FD6" wp14:editId="40FB9CBE">
                <wp:simplePos x="0" y="0"/>
                <wp:positionH relativeFrom="page">
                  <wp:align>right</wp:align>
                </wp:positionH>
                <wp:positionV relativeFrom="page">
                  <wp:posOffset>7772400</wp:posOffset>
                </wp:positionV>
                <wp:extent cx="6826250" cy="1657985"/>
                <wp:effectExtent l="0" t="0" r="0" b="0"/>
                <wp:wrapTight wrapText="bothSides">
                  <wp:wrapPolygon edited="0">
                    <wp:start x="21399" y="0"/>
                    <wp:lineTo x="20736" y="3971"/>
                    <wp:lineTo x="19711" y="7942"/>
                    <wp:lineTo x="0" y="11664"/>
                    <wp:lineTo x="0" y="13154"/>
                    <wp:lineTo x="1206" y="15884"/>
                    <wp:lineTo x="1206" y="16380"/>
                    <wp:lineTo x="3798" y="19854"/>
                    <wp:lineTo x="6269" y="21344"/>
                    <wp:lineTo x="6812" y="21344"/>
                    <wp:lineTo x="10609" y="21344"/>
                    <wp:lineTo x="11031" y="21344"/>
                    <wp:lineTo x="13503" y="20103"/>
                    <wp:lineTo x="13864" y="19854"/>
                    <wp:lineTo x="16999" y="16380"/>
                    <wp:lineTo x="17119" y="15884"/>
                    <wp:lineTo x="19108" y="11913"/>
                    <wp:lineTo x="20435" y="7942"/>
                    <wp:lineTo x="21279" y="3971"/>
                    <wp:lineTo x="21520" y="1985"/>
                    <wp:lineTo x="21520" y="0"/>
                    <wp:lineTo x="21399" y="0"/>
                  </wp:wrapPolygon>
                </wp:wrapTight>
                <wp:docPr id="3" name="Freeform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26250" cy="1657985"/>
                        </a:xfrm>
                        <a:custGeom>
                          <a:avLst/>
                          <a:gdLst>
                            <a:gd name="T0" fmla="*/ 16590 w 16590"/>
                            <a:gd name="T1" fmla="*/ 174 h 2612"/>
                            <a:gd name="T2" fmla="*/ 16054 w 16590"/>
                            <a:gd name="T3" fmla="*/ 664 h 2612"/>
                            <a:gd name="T4" fmla="*/ 15336 w 16590"/>
                            <a:gd name="T5" fmla="*/ 1100 h 2612"/>
                            <a:gd name="T6" fmla="*/ 14462 w 16590"/>
                            <a:gd name="T7" fmla="*/ 1480 h 2612"/>
                            <a:gd name="T8" fmla="*/ 13457 w 16590"/>
                            <a:gd name="T9" fmla="*/ 1804 h 2612"/>
                            <a:gd name="T10" fmla="*/ 12343 w 16590"/>
                            <a:gd name="T11" fmla="*/ 2074 h 2612"/>
                            <a:gd name="T12" fmla="*/ 11146 w 16590"/>
                            <a:gd name="T13" fmla="*/ 2288 h 2612"/>
                            <a:gd name="T14" fmla="*/ 9892 w 16590"/>
                            <a:gd name="T15" fmla="*/ 2448 h 2612"/>
                            <a:gd name="T16" fmla="*/ 8602 w 16590"/>
                            <a:gd name="T17" fmla="*/ 2554 h 2612"/>
                            <a:gd name="T18" fmla="*/ 7303 w 16590"/>
                            <a:gd name="T19" fmla="*/ 2606 h 2612"/>
                            <a:gd name="T20" fmla="*/ 6019 w 16590"/>
                            <a:gd name="T21" fmla="*/ 2605 h 2612"/>
                            <a:gd name="T22" fmla="*/ 4774 w 16590"/>
                            <a:gd name="T23" fmla="*/ 2550 h 2612"/>
                            <a:gd name="T24" fmla="*/ 3594 w 16590"/>
                            <a:gd name="T25" fmla="*/ 2442 h 2612"/>
                            <a:gd name="T26" fmla="*/ 2501 w 16590"/>
                            <a:gd name="T27" fmla="*/ 2282 h 2612"/>
                            <a:gd name="T28" fmla="*/ 1522 w 16590"/>
                            <a:gd name="T29" fmla="*/ 2069 h 2612"/>
                            <a:gd name="T30" fmla="*/ 680 w 16590"/>
                            <a:gd name="T31" fmla="*/ 1804 h 2612"/>
                            <a:gd name="T32" fmla="*/ 0 w 16590"/>
                            <a:gd name="T33" fmla="*/ 1487 h 2612"/>
                            <a:gd name="T34" fmla="*/ 328 w 16590"/>
                            <a:gd name="T35" fmla="*/ 1576 h 2612"/>
                            <a:gd name="T36" fmla="*/ 1109 w 16590"/>
                            <a:gd name="T37" fmla="*/ 1851 h 2612"/>
                            <a:gd name="T38" fmla="*/ 2038 w 16590"/>
                            <a:gd name="T39" fmla="*/ 2074 h 2612"/>
                            <a:gd name="T40" fmla="*/ 3090 w 16590"/>
                            <a:gd name="T41" fmla="*/ 2246 h 2612"/>
                            <a:gd name="T42" fmla="*/ 4241 w 16590"/>
                            <a:gd name="T43" fmla="*/ 2368 h 2612"/>
                            <a:gd name="T44" fmla="*/ 5464 w 16590"/>
                            <a:gd name="T45" fmla="*/ 2439 h 2612"/>
                            <a:gd name="T46" fmla="*/ 6738 w 16590"/>
                            <a:gd name="T47" fmla="*/ 2458 h 2612"/>
                            <a:gd name="T48" fmla="*/ 8035 w 16590"/>
                            <a:gd name="T49" fmla="*/ 2425 h 2612"/>
                            <a:gd name="T50" fmla="*/ 9333 w 16590"/>
                            <a:gd name="T51" fmla="*/ 2338 h 2612"/>
                            <a:gd name="T52" fmla="*/ 10606 w 16590"/>
                            <a:gd name="T53" fmla="*/ 2201 h 2612"/>
                            <a:gd name="T54" fmla="*/ 11831 w 16590"/>
                            <a:gd name="T55" fmla="*/ 2009 h 2612"/>
                            <a:gd name="T56" fmla="*/ 12982 w 16590"/>
                            <a:gd name="T57" fmla="*/ 1765 h 2612"/>
                            <a:gd name="T58" fmla="*/ 14034 w 16590"/>
                            <a:gd name="T59" fmla="*/ 1467 h 2612"/>
                            <a:gd name="T60" fmla="*/ 14963 w 16590"/>
                            <a:gd name="T61" fmla="*/ 1116 h 2612"/>
                            <a:gd name="T62" fmla="*/ 15746 w 16590"/>
                            <a:gd name="T63" fmla="*/ 710 h 2612"/>
                            <a:gd name="T64" fmla="*/ 16357 w 16590"/>
                            <a:gd name="T65" fmla="*/ 251 h 26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6590" h="2612">
                              <a:moveTo>
                                <a:pt x="16590" y="0"/>
                              </a:moveTo>
                              <a:lnTo>
                                <a:pt x="16590" y="174"/>
                              </a:lnTo>
                              <a:lnTo>
                                <a:pt x="16346" y="426"/>
                              </a:lnTo>
                              <a:lnTo>
                                <a:pt x="16054" y="664"/>
                              </a:lnTo>
                              <a:lnTo>
                                <a:pt x="15716" y="889"/>
                              </a:lnTo>
                              <a:lnTo>
                                <a:pt x="15336" y="1100"/>
                              </a:lnTo>
                              <a:lnTo>
                                <a:pt x="14918" y="1297"/>
                              </a:lnTo>
                              <a:lnTo>
                                <a:pt x="14462" y="1480"/>
                              </a:lnTo>
                              <a:lnTo>
                                <a:pt x="13975" y="1649"/>
                              </a:lnTo>
                              <a:lnTo>
                                <a:pt x="13457" y="1804"/>
                              </a:lnTo>
                              <a:lnTo>
                                <a:pt x="12912" y="1945"/>
                              </a:lnTo>
                              <a:lnTo>
                                <a:pt x="12343" y="2074"/>
                              </a:lnTo>
                              <a:lnTo>
                                <a:pt x="11754" y="2187"/>
                              </a:lnTo>
                              <a:lnTo>
                                <a:pt x="11146" y="2288"/>
                              </a:lnTo>
                              <a:lnTo>
                                <a:pt x="10524" y="2375"/>
                              </a:lnTo>
                              <a:lnTo>
                                <a:pt x="9892" y="2448"/>
                              </a:lnTo>
                              <a:lnTo>
                                <a:pt x="9249" y="2508"/>
                              </a:lnTo>
                              <a:lnTo>
                                <a:pt x="8602" y="2554"/>
                              </a:lnTo>
                              <a:lnTo>
                                <a:pt x="7952" y="2587"/>
                              </a:lnTo>
                              <a:lnTo>
                                <a:pt x="7303" y="2606"/>
                              </a:lnTo>
                              <a:lnTo>
                                <a:pt x="6658" y="2612"/>
                              </a:lnTo>
                              <a:lnTo>
                                <a:pt x="6019" y="2605"/>
                              </a:lnTo>
                              <a:lnTo>
                                <a:pt x="5390" y="2584"/>
                              </a:lnTo>
                              <a:lnTo>
                                <a:pt x="4774" y="2550"/>
                              </a:lnTo>
                              <a:lnTo>
                                <a:pt x="4174" y="2503"/>
                              </a:lnTo>
                              <a:lnTo>
                                <a:pt x="3594" y="2442"/>
                              </a:lnTo>
                              <a:lnTo>
                                <a:pt x="3035" y="2368"/>
                              </a:lnTo>
                              <a:lnTo>
                                <a:pt x="2501" y="2282"/>
                              </a:lnTo>
                              <a:lnTo>
                                <a:pt x="1996" y="2182"/>
                              </a:lnTo>
                              <a:lnTo>
                                <a:pt x="1522" y="2069"/>
                              </a:lnTo>
                              <a:lnTo>
                                <a:pt x="1082" y="1943"/>
                              </a:lnTo>
                              <a:lnTo>
                                <a:pt x="680" y="1804"/>
                              </a:lnTo>
                              <a:lnTo>
                                <a:pt x="318" y="1652"/>
                              </a:lnTo>
                              <a:lnTo>
                                <a:pt x="0" y="1487"/>
                              </a:lnTo>
                              <a:lnTo>
                                <a:pt x="0" y="1420"/>
                              </a:lnTo>
                              <a:lnTo>
                                <a:pt x="328" y="1576"/>
                              </a:lnTo>
                              <a:lnTo>
                                <a:pt x="699" y="1719"/>
                              </a:lnTo>
                              <a:lnTo>
                                <a:pt x="1109" y="1851"/>
                              </a:lnTo>
                              <a:lnTo>
                                <a:pt x="1557" y="1968"/>
                              </a:lnTo>
                              <a:lnTo>
                                <a:pt x="2038" y="2074"/>
                              </a:lnTo>
                              <a:lnTo>
                                <a:pt x="2551" y="2167"/>
                              </a:lnTo>
                              <a:lnTo>
                                <a:pt x="3090" y="2246"/>
                              </a:lnTo>
                              <a:lnTo>
                                <a:pt x="3655" y="2314"/>
                              </a:lnTo>
                              <a:lnTo>
                                <a:pt x="4241" y="2368"/>
                              </a:lnTo>
                              <a:lnTo>
                                <a:pt x="4844" y="2410"/>
                              </a:lnTo>
                              <a:lnTo>
                                <a:pt x="5464" y="2439"/>
                              </a:lnTo>
                              <a:lnTo>
                                <a:pt x="6096" y="2455"/>
                              </a:lnTo>
                              <a:lnTo>
                                <a:pt x="6738" y="2458"/>
                              </a:lnTo>
                              <a:lnTo>
                                <a:pt x="7385" y="2447"/>
                              </a:lnTo>
                              <a:lnTo>
                                <a:pt x="8035" y="2425"/>
                              </a:lnTo>
                              <a:lnTo>
                                <a:pt x="8686" y="2388"/>
                              </a:lnTo>
                              <a:lnTo>
                                <a:pt x="9333" y="2338"/>
                              </a:lnTo>
                              <a:lnTo>
                                <a:pt x="9974" y="2276"/>
                              </a:lnTo>
                              <a:lnTo>
                                <a:pt x="10606" y="2201"/>
                              </a:lnTo>
                              <a:lnTo>
                                <a:pt x="11226" y="2111"/>
                              </a:lnTo>
                              <a:lnTo>
                                <a:pt x="11831" y="2009"/>
                              </a:lnTo>
                              <a:lnTo>
                                <a:pt x="12417" y="1893"/>
                              </a:lnTo>
                              <a:lnTo>
                                <a:pt x="12982" y="1765"/>
                              </a:lnTo>
                              <a:lnTo>
                                <a:pt x="13521" y="1623"/>
                              </a:lnTo>
                              <a:lnTo>
                                <a:pt x="14034" y="1467"/>
                              </a:lnTo>
                              <a:lnTo>
                                <a:pt x="14515" y="1299"/>
                              </a:lnTo>
                              <a:lnTo>
                                <a:pt x="14963" y="1116"/>
                              </a:lnTo>
                              <a:lnTo>
                                <a:pt x="15375" y="919"/>
                              </a:lnTo>
                              <a:lnTo>
                                <a:pt x="15746" y="710"/>
                              </a:lnTo>
                              <a:lnTo>
                                <a:pt x="16075" y="487"/>
                              </a:lnTo>
                              <a:lnTo>
                                <a:pt x="16357" y="251"/>
                              </a:lnTo>
                              <a:lnTo>
                                <a:pt x="165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A707F" id="Freeform 418" o:spid="_x0000_s1026" style="position:absolute;margin-left:486.3pt;margin-top:612pt;width:537.5pt;height:130.55pt;z-index:-2516418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coordsize="16590,2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+ejkQcAAN0fAAAOAAAAZHJzL2Uyb0RvYy54bWysWduO2zYUfC/QfxD8WKCxeJVkZDcoEqQo&#10;kKYFsv0ArSyvjdqWK2nXm3595/DiUNslLRR9sXwZj3jOkDxHw7fvng/77Knth113vFmwN/kia49N&#10;t94dH24Wf9x9/LFcZMNYH9f1vju2N4uv7bB4d/v9d2/Pp1XLu223X7d9BpLjsDqfbhbbcTytlsuh&#10;2baHenjTndojftx0/aEe8bF/WK77+gz2w37J81wvz12/PvVd0w4Dvv1gf1zcGv7Npm3G3zaboR2z&#10;/c0CYxvNa29e7+l1efu2Xj309Wm7a9ww6v8wikO9O+KmF6oP9Vhnj/3uX1SHXdN3Q7cZ3zTdYdlt&#10;NrumNTEgGpa/iObLtj61JhYkZzhd0jT8f7TN56cvp997Gvpw+tQ1fw7IyPJ8GlaXX+jDAEx2f/61&#10;W0PD+nHsTLDPm/5A/0QY2bPJ6ddLTtvnMWvwpS655gqpb/Ab06qoSkVZX9Yr//fmcRh/bjtDVT99&#10;GkYryhrvTErX2bE+4L53YNkc9tDnh2UGqirPzvbqZLwAWQgsZLbNuGb8JYqHKJ0rGaMTAVDrGJ0M&#10;UEwJoWN0KgSyPI8MT4cwKTWP8RUTYBnjw0r8lj0hVRHjq0JgmcfiZRM5uJAiRshCPXgeFQQSBUNk&#10;TEZTyEJJOC/LSA5ZKEpVVtEcslAULmWUMFSl1HmcMFSFK0yu1ychC2UpRB5PYigL17mOEPJQFp2z&#10;KqYKn6iC+R8jDFWRBdSLrDo+EUWp2ETkoShCVXHCF6Lw2AhDUbDZsOgIJ6LwMkoYisIUj6rMJ6Lk&#10;uoqMUExEwRKNpFCEmrD42hOhJnG2UBAmyyI2uokgvIyOLtSDqSI2BUWoB2N5dAqKUA9WKhYbYKgH&#10;z0V8hFM9ojuNDPUQebySyFAQzrEjvb6MZSiI5DI6BWWoCRc6ttHIUBMlUXUiU0aGonApYlNQhqLo&#10;Ip5DGYrCpYqOMBSlzIWKjnAiiuSxjYa6hEuFqoSIboVqIopAKK+LokJRWE57ZiSJaqIKWrEYY6gK&#10;Y6WI6qwmsuRYA5ExhrIwXmFPio0x1IUVOprGUBcmcxGdOioUBtU2tj/oUBgmKx1VRofKMMZiy0VP&#10;lFFFvNLrUJmCxWqKngijRby70RNhJlsOetIH33XWW9+INs9H14niXVbTg01u2t9TN1DbS20pets7&#10;5tpaoKhtjYAROIHFLDCCIrBvmNPMmEgELmYxY44QuJoFpk6P0OjjbOeeHgi1cQY+L0jq0Qx8XpjM&#10;xcnmBUr9lWGfFyp1TwRHczQnVO5CReszC+5C5fNC5S5UPi9U7kJFUzJnMNSTUKjoOWbB/cydF6pw&#10;oYp5oVLLYAYzL1ThQhXzQqVyT+yo5nNCpWJu4PNCpVJt4PNCpUJs4PNClS5UOS9UKqLEjho5J1Qq&#10;kQY+L1TlQkV1m8XuQlXzQlUuVNSlOexUlmjsKDqz4C5UVJRZcBcq6kUAR4nA5ufqQQ976aWx1C8y&#10;GEv39J96dapHKiP+bXY2FkiFcW9vFsaSoJ8O3VN71xnQSAXFWBsmNONP4ZbfEPvj60hWSDdMj/DX&#10;k+MUbt5J7Co2II/wV4+EE2LuDqsjjVSF24zL0ivmufzVcZIdYjjxNOCD8hB/dVBZuS0bzZCfNh7i&#10;rx4KU8SyyvIKq6gK1H3MFqYvC8mz+atjJWvEQvH8lU4Ar1ytYxXa8GRWyR8xrOR/pKGscAJwVl7J&#10;AHkklhUeSJo1V/TcjQxwgVSkxko+iUXCB0kjOZJpOFWeRpJV4pAILnX3onJ7EldXoie3xHKis09y&#10;au22Fm8DYk151f3Vqk+GiedMZ0kJWseUT1WmIyLPxMeenqaSlrHLp9+l/Pj81Y6TbBOLlKhWqXwi&#10;SXbm08NmEknOieWEM5JEsqpy045dQ8I8sZwwR9KcOagodqyldOwai90Ar61P4XcSjSmVypHjg0My&#10;C4YmMcUmXCNGDkkSqCs711iBSZdiJA/FhXyp634++KvbvZTfvKprasNGccpc2ZDgXrp5wXQ6QeSk&#10;WE44JcmIhKYHZLMbof9PxU5mikNeiUiWrhPDP9IKkZ9iOeGXJO+ucz/T5aXn8Rn3V7dzwFJxnNhs&#10;UhEB6GKX8FpSSHJVHOflkcHf1V/t3UtduhUprhQCMlZcPjHg1N2ryu9G/MpENt6KJYV3kiRljLvH&#10;Gg5/4AoU/oplhX+ShkJyX7Sr9O5hPBbDSh5KmlUoMslpT9KXJzyfd3916458FguFj5JmlYpOG4iV&#10;YwNIKWC8FguFl5KGKirrxFpd20zIbjFI2ClpTp07zms7IyPHxXDyaxsUndsZ5Mt7N/tuaG02qG82&#10;R4SXBpr67uCYcOj2u/XH3X5PXbM5LG7f7/vsqcYx7/jMjT2zfzzgvNJ+h6Ni23ei7j8ecCRsvy79&#10;16C/sJgbT26wN4bOsaMberncKSkdjNJh87C679ZfcUjad/aMGWfieLPt+r8X2RnnyzeL4a/Hum8X&#10;2f6XIw5wKybpqXQ0H9BxkvHQh7/ch7/UxwZUiG0BA4revh/tIfbjqd89bHEnZmI+dj/hcHazoyNU&#10;c4prR+U+4AzZBOfOu+mQOvxsUN9O5W//AQAA//8DAFBLAwQUAAYACAAAACEANkTpD+AAAAALAQAA&#10;DwAAAGRycy9kb3ducmV2LnhtbEyPQU/DMAyF70j8h8hI3Fi6skJVmk4IDQkhLhvjwC1rvLYjcaom&#10;3Qq/Hu8Et2c/6/l75XJyVhxxCJ0nBfNZAgKp9qajRsH2/fkmBxGiJqOtJ1TwjQGW1eVFqQvjT7TG&#10;4yY2gkMoFFpBG2NfSBnqFp0OM98jsbf3g9ORx6GRZtAnDndWpklyJ53uiD+0usenFuuvzegUfIyr&#10;H7ufPm9pOKyyF/8atoe3XKnrq+nxAUTEKf4dwxmf0aFipp0fyQRhFXCRyNs0XbA6+8l9xmrHapFn&#10;c5BVKf93qH4BAAD//wMAUEsBAi0AFAAGAAgAAAAhALaDOJL+AAAA4QEAABMAAAAAAAAAAAAAAAAA&#10;AAAAAFtDb250ZW50X1R5cGVzXS54bWxQSwECLQAUAAYACAAAACEAOP0h/9YAAACUAQAACwAAAAAA&#10;AAAAAAAAAAAvAQAAX3JlbHMvLnJlbHNQSwECLQAUAAYACAAAACEAVbPno5EHAADdHwAADgAAAAAA&#10;AAAAAAAAAAAuAgAAZHJzL2Uyb0RvYy54bWxQSwECLQAUAAYACAAAACEANkTpD+AAAAALAQAADwAA&#10;AAAAAAAAAAAAAADrCQAAZHJzL2Rvd25yZXYueG1sUEsFBgAAAAAEAAQA8wAAAPgKAAAAAA==&#10;" o:allowincell="f" path="m16590,r,174l16346,426r-292,238l15716,889r-380,211l14918,1297r-456,183l13975,1649r-518,155l12912,1945r-569,129l11754,2187r-608,101l10524,2375r-632,73l9249,2508r-647,46l7952,2587r-649,19l6658,2612r-639,-7l5390,2584r-616,-34l4174,2503r-580,-61l3035,2368r-534,-86l1996,2182,1522,2069,1082,1943,680,1804,318,1652,,1487r,-67l328,1576r371,143l1109,1851r448,117l2038,2074r513,93l3090,2246r565,68l4241,2368r603,42l5464,2439r632,16l6738,2458r647,-11l8035,2425r651,-37l9333,2338r641,-62l10606,2201r620,-90l11831,2009r586,-116l12982,1765r539,-142l14034,1467r481,-168l14963,1116r412,-197l15746,710r329,-223l16357,251,16590,xe" fillcolor="#c6d9f1 [671]" stroked="f">
                <v:path arrowok="t" o:connecttype="custom" o:connectlocs="6826250,110448;6605703,421479;6310269,698233;5950647,939440;5537122,1145101;5078746,1316486;4586220,1452324;4070239,1553885;3539446,1621169;3004949,1654176;2476624,1653542;1964347,1618630;1478815,1550076;1029081,1448515;626254,1313312;279798,1145101;0,943883;134961,1000377;456318,1174935;838571,1316486;1271435,1425664;1745035,1503104;2248260,1548172;2772470,1560232;3306143,1539285;3840229,1484062;4364027,1397100;4868075,1275227;5341674,1120346;5774538,931188;6156792,708389;6478971,450677;6730378,159324" o:connectangles="0,0,0,0,0,0,0,0,0,0,0,0,0,0,0,0,0,0,0,0,0,0,0,0,0,0,0,0,0,0,0,0,0"/>
                <w10:wrap type="tight" anchorx="page" anchory="page"/>
              </v:shape>
            </w:pict>
          </mc:Fallback>
        </mc:AlternateContent>
      </w:r>
    </w:p>
    <w:p w14:paraId="7814AE48" w14:textId="0C9AA902" w:rsidR="001D7160" w:rsidRDefault="00240C0F" w:rsidP="001D7160">
      <w:pPr>
        <w:tabs>
          <w:tab w:val="left" w:pos="9720"/>
        </w:tabs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42E6999A" wp14:editId="10CF2612">
            <wp:simplePos x="0" y="0"/>
            <wp:positionH relativeFrom="column">
              <wp:posOffset>-304800</wp:posOffset>
            </wp:positionH>
            <wp:positionV relativeFrom="paragraph">
              <wp:posOffset>1170940</wp:posOffset>
            </wp:positionV>
            <wp:extent cx="590550" cy="619760"/>
            <wp:effectExtent l="0" t="0" r="0" b="8890"/>
            <wp:wrapNone/>
            <wp:docPr id="5030614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61D8941" wp14:editId="32EC92ED">
            <wp:simplePos x="0" y="0"/>
            <wp:positionH relativeFrom="column">
              <wp:posOffset>6553200</wp:posOffset>
            </wp:positionH>
            <wp:positionV relativeFrom="paragraph">
              <wp:posOffset>1120140</wp:posOffset>
            </wp:positionV>
            <wp:extent cx="676910" cy="670560"/>
            <wp:effectExtent l="0" t="0" r="8890" b="0"/>
            <wp:wrapNone/>
            <wp:docPr id="1027327141" name="Picture 5" descr="A qr cod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327141" name="Picture 5" descr="A qr code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7BC931D" w14:textId="3D952FAC" w:rsidR="00C82C63" w:rsidRPr="00C82C63" w:rsidRDefault="00C82C63" w:rsidP="00C82C63"/>
    <w:p w14:paraId="33CD6709" w14:textId="58A1B915" w:rsidR="00C82C63" w:rsidRPr="00C82C63" w:rsidRDefault="00C82C63" w:rsidP="00C82C63"/>
    <w:p w14:paraId="321FCC3F" w14:textId="1C81DE1E" w:rsidR="00C82C63" w:rsidRPr="00C82C63" w:rsidRDefault="00C82C63" w:rsidP="00C82C63">
      <w:pPr>
        <w:tabs>
          <w:tab w:val="left" w:pos="3000"/>
          <w:tab w:val="center" w:pos="5400"/>
        </w:tabs>
      </w:pPr>
      <w:r>
        <w:tab/>
      </w:r>
      <w:r>
        <w:tab/>
      </w:r>
    </w:p>
    <w:sectPr w:rsidR="00C82C63" w:rsidRPr="00C82C63" w:rsidSect="001D7160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954A" w14:textId="77777777" w:rsidR="006E5ECF" w:rsidRDefault="006E5ECF">
      <w:pPr>
        <w:spacing w:after="0" w:line="240" w:lineRule="auto"/>
      </w:pPr>
      <w:r>
        <w:separator/>
      </w:r>
    </w:p>
  </w:endnote>
  <w:endnote w:type="continuationSeparator" w:id="0">
    <w:p w14:paraId="40C90FE1" w14:textId="77777777" w:rsidR="006E5ECF" w:rsidRDefault="006E5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12E0F" w14:textId="158C8D1C" w:rsidR="001D7160" w:rsidRPr="001D7160" w:rsidRDefault="001D7160" w:rsidP="001D7160">
    <w:pPr>
      <w:pStyle w:val="Footer"/>
      <w:jc w:val="center"/>
      <w:rPr>
        <w:rFonts w:asciiTheme="majorHAnsi" w:hAnsiTheme="majorHAnsi" w:cstheme="majorHAnsi"/>
        <w:color w:val="A6A6A6" w:themeColor="background1" w:themeShade="A6"/>
      </w:rPr>
    </w:pPr>
    <w:r w:rsidRPr="001D7160">
      <w:rPr>
        <w:rFonts w:asciiTheme="majorHAnsi" w:hAnsiTheme="majorHAnsi" w:cstheme="majorHAnsi"/>
        <w:color w:val="A6A6A6" w:themeColor="background1" w:themeShade="A6"/>
      </w:rPr>
      <w:t xml:space="preserve">LOVE THE LOST MINISTRIES </w:t>
    </w:r>
    <w:r w:rsidR="00C82C63">
      <w:rPr>
        <w:rFonts w:asciiTheme="majorHAnsi" w:hAnsiTheme="majorHAnsi" w:cstheme="majorHAnsi"/>
        <w:color w:val="A6A6A6" w:themeColor="background1" w:themeShade="A6"/>
      </w:rPr>
      <w:t>763 Englewood Ave, Buffalo, NY 14223</w:t>
    </w:r>
    <w:r w:rsidRPr="001D7160">
      <w:rPr>
        <w:rFonts w:asciiTheme="majorHAnsi" w:hAnsiTheme="majorHAnsi" w:cstheme="majorHAnsi"/>
        <w:color w:val="A6A6A6" w:themeColor="background1" w:themeShade="A6"/>
      </w:rPr>
      <w:t xml:space="preserve"> Phone: 716-464-8150| www.ltlmin.com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9BDA3" w14:textId="77777777" w:rsidR="006E5ECF" w:rsidRDefault="006E5ECF">
      <w:pPr>
        <w:spacing w:after="0" w:line="240" w:lineRule="auto"/>
      </w:pPr>
      <w:r>
        <w:separator/>
      </w:r>
    </w:p>
  </w:footnote>
  <w:footnote w:type="continuationSeparator" w:id="0">
    <w:p w14:paraId="6DDF13B3" w14:textId="77777777" w:rsidR="006E5ECF" w:rsidRDefault="006E5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55C4A" w14:textId="372081B8" w:rsidR="0063536C" w:rsidRDefault="00000000">
    <w:pPr>
      <w:pStyle w:val="Header"/>
    </w:pPr>
    <w:r>
      <w:rPr>
        <w:noProof/>
      </w:rPr>
      <w:pict w14:anchorId="751D50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81563" o:spid="_x0000_s1027" type="#_x0000_t75" style="position:absolute;margin-left:0;margin-top:0;width:238.1pt;height:235.1pt;z-index:-251657216;mso-position-horizontal:center;mso-position-horizontal-relative:margin;mso-position-vertical:center;mso-position-vertical-relative:margin" o:allowincell="f">
          <v:imagedata r:id="rId1" o:title="418514396_1114500176647918_4833522990136305163_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85D30" w14:textId="00A6247B" w:rsidR="003E7691" w:rsidRDefault="00000000" w:rsidP="001D7160">
    <w:pPr>
      <w:pStyle w:val="Header"/>
      <w:jc w:val="right"/>
    </w:pPr>
    <w:r>
      <w:rPr>
        <w:noProof/>
      </w:rPr>
      <w:pict w14:anchorId="00D23E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81564" o:spid="_x0000_s1028" type="#_x0000_t75" style="position:absolute;left:0;text-align:left;margin-left:0;margin-top:0;width:238.1pt;height:235.1pt;z-index:-251656192;mso-position-horizontal:center;mso-position-horizontal-relative:margin;mso-position-vertical:center;mso-position-vertical-relative:margin" o:allowincell="f">
          <v:imagedata r:id="rId1" o:title="418514396_1114500176647918_4833522990136305163_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1CF6B" w14:textId="71E3E7D7" w:rsidR="0063536C" w:rsidRDefault="00000000">
    <w:pPr>
      <w:pStyle w:val="Header"/>
    </w:pPr>
    <w:r>
      <w:rPr>
        <w:noProof/>
      </w:rPr>
      <w:pict w14:anchorId="4F4222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81562" o:spid="_x0000_s1026" type="#_x0000_t75" style="position:absolute;margin-left:0;margin-top:0;width:238.1pt;height:235.1pt;z-index:-251658240;mso-position-horizontal:center;mso-position-horizontal-relative:margin;mso-position-vertical:center;mso-position-vertical-relative:margin" o:allowincell="f">
          <v:imagedata r:id="rId1" o:title="418514396_1114500176647918_4833522990136305163_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19B403E"/>
    <w:multiLevelType w:val="hybridMultilevel"/>
    <w:tmpl w:val="B8146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0097749">
    <w:abstractNumId w:val="8"/>
  </w:num>
  <w:num w:numId="2" w16cid:durableId="435054952">
    <w:abstractNumId w:val="6"/>
  </w:num>
  <w:num w:numId="3" w16cid:durableId="298806053">
    <w:abstractNumId w:val="5"/>
  </w:num>
  <w:num w:numId="4" w16cid:durableId="1953628968">
    <w:abstractNumId w:val="4"/>
  </w:num>
  <w:num w:numId="5" w16cid:durableId="671182500">
    <w:abstractNumId w:val="7"/>
  </w:num>
  <w:num w:numId="6" w16cid:durableId="1349137456">
    <w:abstractNumId w:val="3"/>
  </w:num>
  <w:num w:numId="7" w16cid:durableId="1927611179">
    <w:abstractNumId w:val="2"/>
  </w:num>
  <w:num w:numId="8" w16cid:durableId="1027371204">
    <w:abstractNumId w:val="1"/>
  </w:num>
  <w:num w:numId="9" w16cid:durableId="612783879">
    <w:abstractNumId w:val="0"/>
  </w:num>
  <w:num w:numId="10" w16cid:durableId="1176267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ddd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524C"/>
    <w:rsid w:val="001D7160"/>
    <w:rsid w:val="00240C0F"/>
    <w:rsid w:val="00253B09"/>
    <w:rsid w:val="0027711B"/>
    <w:rsid w:val="0029639D"/>
    <w:rsid w:val="00326F90"/>
    <w:rsid w:val="003B1A01"/>
    <w:rsid w:val="003E7691"/>
    <w:rsid w:val="0063536C"/>
    <w:rsid w:val="006E5ECF"/>
    <w:rsid w:val="00AA1D8D"/>
    <w:rsid w:val="00B47730"/>
    <w:rsid w:val="00C82C63"/>
    <w:rsid w:val="00CB0664"/>
    <w:rsid w:val="00CD7891"/>
    <w:rsid w:val="00D23765"/>
    <w:rsid w:val="00EB0604"/>
    <w:rsid w:val="00F50B4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."/>
  <w:listSeparator w:val=","/>
  <w14:docId w14:val="082C29F3"/>
  <w14:defaultImageDpi w14:val="300"/>
  <w15:docId w15:val="{2C02DA4B-D5C6-469F-8C22-23104DFB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Bhujel, Lazarus</cp:lastModifiedBy>
  <cp:revision>4</cp:revision>
  <cp:lastPrinted>2025-04-06T00:54:00Z</cp:lastPrinted>
  <dcterms:created xsi:type="dcterms:W3CDTF">2025-04-06T00:55:00Z</dcterms:created>
  <dcterms:modified xsi:type="dcterms:W3CDTF">2025-06-26T18:26:00Z</dcterms:modified>
  <cp:category/>
</cp:coreProperties>
</file>